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 הרמות בסולם AIAS ואת מה שמותר ואסור בכל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משימה לרמה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לתעד שימוש ב-AI במשימות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לקבל רעיונות ותכנון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 הבחירות וההסבר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ה-AI הציע, מה בדקתי ומה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רמה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ברמה 1 אין שימוש ב-AI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ה-AI משמש רק לרעיונות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ברמה 5 צריך להציג תהליך, ניסויים ולמידה על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בהתאמה ליסודי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להשתמש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רמה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(ללא AI בכלל - בכתב יד או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(AI לרעיונות ותכנון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(שיתוף פעולה עם AI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(AI הוא חלק מרכזי בתוצר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(חקירה יצירתית וחדשה עם AI)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בתיעוד שימוש ב-AI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באיזה כלי השתמשתם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רשמו מה שאלתם את 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רשמו מה קיבלתם מה-AI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מה בדקתם בתשובה שקיבלתם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רשמו מה שיניתם בעצמכם לפני ההגשה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בחירת רמה הגיונית למשימה, הסבר ברור למה נבחרה הרמה הזו, פירוט של מה מותר ומה אסור בהתאם לרמה, ותיאור של מה יתועד (כלי, שאלה, תשובה, בדיקה, שינוי)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רמות ולתיאור קצר של ההבדל בכמות 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כלי, שאלה, תשובה, בדיקה, שינוי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מהכיתה - למשל מבחן בכתב יד לרמה 1, תמונה שנוצרה ב-AI עם הסבר לרמה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הסולם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בדוגמה אמיתית מהכיתה לכל רמה כדי לחבר לתוכן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שהתיעוד הוא חלק מהמשימה עצמה ולא תוספת אופציונלית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סולם שאומר כמה מותר להשתמש בבינה מלאכותית בכל משימה. יש חמש רמות, מרמה 1 שבה אין בכלל AI, עד רמה 5 שבה יש הרבה שימוש ב-AI.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שקובע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דרגה בסולם, מ-1 (בלי AI) עד 5 (חקירה עם AI)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מסודרת של מה שעשינו עם ה-AI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רושמים את כל השלבים עם ה-AI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ההנחיה או השאלה שכותבים ל-AI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ראשונית של טקסט לפני שיפור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סיעור מוחות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של איסוף רעיונות לפני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הכוונה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ההחלטות והבחירות של התלמיד על מה שה-AI הציע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רמה אין בכלל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מותר לעשות ב-AI ברמה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כל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רעיונות ותכנון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תמונה סופית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לחקור כלים חדשים בלי תיעוד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המורה בודק ברמה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אורך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מהירות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הבחירות וההסבר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הדקדוק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ביומן ברמה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ה-AI הציע, מה בדקתי ומה שיניתי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חברים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רמה חוקרים דברים חדשים עם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1 התלמיד יכול להיעזר ב-AI בזמן כתיבה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2 התוצר הסופי נכתב ונבנה בידי התלמיד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5 אפשר להשתמש ב-AI בלי להציג את התהליך או מה שלמדו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א׳-ג׳ ביסודי ה-AI נמצא בעיקר בידי המורה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AIAS עוזר למורים להגדיר מראש כמה ואיך מותר __________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ברמה __________ המשימה נעשית בלי בינה מלאכותית בכלל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ברמה 3 התלמיד מגיש __________ תהליך שמתאר מה ה-AI הציע ומה שינה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ברמה 4 ה-AI הוא חלק מרכזי ב__________ עצמו, כמו תמונה או סרטון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רמה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פעולה עם AI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חקירה יצירתית וחדשה עם 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AI הוא חלק מרכזי בתוצר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AI לרעיונות ותכנון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ללא AI בכלל - בכתב יד או בעל 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בתיעוד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קיבלתם מה-AI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באיזה כלי השתמשתם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בדקתם בתשובה שקיבלתם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שיניתם בעצמכם לפני ההגשה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מה שאלתם את ה-AI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קבלתם משימה: להכין מצגת על נושא שלמדתם. בחרו רמת AIAS מתאימה (1 עד 5), כתבו מה מותר ומה אסור לעשות עם AI במשימה הזו, ומה תתעדו ביומן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רמות בסולם AIAS שאתם זוכרים, ומה ההבדל ביניהן?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חייבים לתעד כשמשתמשים ב-AI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שמתאימה לרמה 1 ולמשימה שמתאימה לרמה 4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AIAS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