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הרמות בסולם AIAS ואת מה שמותר ואסור בכל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משימה לרמה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לתעד שימוש ב-AI במשימות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לקבל רעיונות ותכנון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ברמה 1 אין שימוש ב-AI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ה-AI משמש רק לרעיונות ותכנון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להשתמש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(ללא AI בכלל - בכתב יד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(AI לרעיונות ותכנון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(שיתוף פעולה עם AI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(AI הוא חלק מרכזי בתוצר 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בתיעוד שימוש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באיזה כלי השתמשתם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מה שאלתם את 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רשמו מה קיבלתם מה-AI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מה בדקתם בתשובה שקיבלתם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רמות ולתיאור קצר של ההבדל בכמות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כלי, שאלה, תשובה, בדיקה, שינוי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מהכיתה - למשל מבחן בכתב יד לרמה 1, תמונה שנוצרה ב-AI עם הסבר לרמה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הסולם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מהכיתה לכל רמה כדי לחבר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שהתיעוד הוא חלק מהמשימה עצמה ולא תוספת אופציונלית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בסולם AIAS - כלי שמגדיר מראש כמה ואיך מותר להשתמש בבינה מלאכותית בכל משימה, כדי שהתלמידים ידעו את חוקי המשחק עוד לפני שהתחילו לעבוד.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להשתמש  · 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רמה בסולם AIAS אסור להשתמש ב-AI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ברמה 2, מה מותר לעשות עם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כל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לקבל רעיונות ותכנון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ליצור תמונה סופית לתוצר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1 התלמיד יכול להיעזר ב-AI בזמן כתיבה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2 התוצר הסופי נכתב ונבנה בידי התלמיד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סולם AIAS עוזר למורים להגדיר מראש כמה ואיך מותר __________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ברמה __________ המשימה נעשית בלי בינה מלאכותית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רמה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AI הוא חלק מרכזי בתוצר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ללא AI בכלל - בכתב יד או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AI לרעיונות ותכנון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שיתוף פעולה עם AI לאורך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בתיעוד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מה קיבלתם מה-AI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באיזה כלי השתמשתם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מה בדקתם בתשובה שקיבלתם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מה שאלתם את ה-AI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רמות בסולם AIAS שאתם זוכרים,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חייבים לתעד כשמשתמשים ב-AI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